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 ואת מסריו על התמדה ואמונה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דרך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בכתיבה קצרה בשם דמות מתוך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היא הקטנה מכל הכלבים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מתאמנת ונכשלת כמה פעמים לפני שמצליחה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אם הכלבים מוכנים לעבודה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הקטנה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הסרט מבוסס בעיקר על תמונה ולא על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פיפ נכשלת כמה פעמים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הערכים המרכזיים שהסרט מלמד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(הכלבה הקטנה שחולמת להיות כלבת נחייה)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(מלווה ומדריכה את הכלבים באימונים)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אם הכלבים מוכנים לעבודה)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שזקוק לכלב נחייה שיעזור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(חברו של פיפ בבית הספר לכלבי נחייה)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מי הדמויות ואיך הן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מה הדמות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לדמות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 בלי קול 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ממשיכה לנסות גם אחרי כישלון, ולכן בסוף מצליחה ללמוד את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פיפ, כלבה קטנה שרוצה להיות כלבת נחייה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התמדה ואמונה בעצמה למרות כישלונות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פנים, עיניים,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קטעים מהסרט בלי קול לפני מילוי הדף כדי לחזק את הבנת הרגשות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להסתפק במשפט אחד לדמות ובבחירת רגש מהתמונות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המתקדמים אפשר להוסיף דיון על מה עוזר לנו להתמיד גם כשאנחנו נכשלים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פיפ – כלבה קטנה עם חלום 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 פיפ – כלבה קטנה עם חלום גדול אנחנו פוגשים כלבה קטנה שרוצה להיות כלבת נחייה. היא מתאמנת, נכשלת, ומנסה שוב ושוב. דף זה מתרגל את תוכן הסרט ואת הרגשות של הדמויות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הדמות הראשית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פיפ מיוחדת בהתחלת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הקטנה מכל הכלבים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הגדולה מכל הכלבים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הכי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הכי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לפיפ בדרך להצלחה?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מתאמנת ונכשלת כמה פעמים לפני שמצליחה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מצליחה מיד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מפסיקה להתאמן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בורחת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התפקיד של הבוחן הקשוח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הכלבים מוכנים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את פיפ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עם הכלב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כלבה גדולה וחזקה מההתחלה.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יש כמעט בלי מילים, ולכן קל לדבב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מתאמנת פעם אחת בלבד ומצליחה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עוסק גם בנושא של אמונה בעצמי.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אדם שזקוק לכלב נחייה שיעזור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חברו של פיפ בבית הספר לכלבי נחייה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הבוחן הקשוח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מלווה ומדריכה את הכלבים באימונים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האישה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אם הכלבים מוכנים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כלב גדול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הכלבה הקטנה שחולמת להיות כלבת נחייה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היא ה__________ מכל הכלבים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להצליח, פיפ צריכה הרבה __________ ולא להפסיק לנסות.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הסרט כמעט בלי __________, ולכן קל לדבב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פיפ רוצה להיות כלבת __________ שעוזרת לאנשים.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ומזהים מה הדמות מרגישה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מדבבים בשידור חי בלי קול 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מי הדמויות ואיך הן נראות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לדמות כמה משפטים קצרים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ההתמדה של פיפ עוזרת לה להצליח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בסרט ומה היא רוצה להשיג?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לפיפ להצליח בסוף הסרט?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כשאין מילים בסרט?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פיפ – כלבה קטנה עם חלום 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