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הסרט ואת מסריו על התמדה ואמונה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דרך הבעות פנים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להתנסח בכתיבה קצרה בשם דמות מתוך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 ספר לכלבי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היא הקטנה מכל הכלבים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הסרט מבוסס בעיקר על תמונה ולא על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(הכלבה הקטנה שחולמת להיות כלבת נחייה)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(מלווה ומדריכה את הכלבים באימונים)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 אם הכלבים מוכנים לעבודה)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(אדם שזקוק לכלב נחייה שיעזור 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מי הדמויות ואיך הן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ומזהים מה הדמות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לדמות כמה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מדבבים בשידור חי בלי קול 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הסרט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פיפ, כלבה קטנה שרוצה להיות כלבת נחייה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התמדה ואמונה בעצמה למרות כישלונות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פנים, עיניים, 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קטעים מהסרט בלי קול לפני מילוי הדף כדי לחזק את הבנת הרגשות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אפשר להסתפק במשפט אחד לדמות ובבחירת רגש מהתמונות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המתקדמים אפשר להוסיף דיון על מה עוזר לנו להתמיד גם כשאנחנו נכשלים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 פיפ – כלבה קטנה עם חלום גדול אנחנו פוגשים כלבה קטנה שרוצה להיות כלבת נחייה. היא מתאמנת, נכשלת, ומנסה שוב ושוב. דף זה מתרגל את תוכן הסרט ואת הרגשות של הדמויות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התמדה  ·  קטנה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הדמות הראשית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הבוחן הקשוח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מקום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ספר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ספר לשחייה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היא כלבה גדולה וחזקה מההתחלה.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 יש כמעט בלי מילים, ולכן קל לדבב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מלווה ומדריכה את הכלבים באימונים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המאמנת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הכלבה הקטנה שחולמת להיות כלבת נחייה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הבוחן הקשוח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 שזקוק לכלב נחייה שיעזור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האישה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בודק אם הכלבים מוכנים לעבודה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פיפ היא ה__________ מכל הכלבים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להצליח, פיפ צריכה הרבה __________ ולא להפסיק לנסות.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פעולות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לדמות כמה משפטים קצרים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מדבבים בשידור חי בלי קול 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פרצופים ומזהים מה הדמות מרגישה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צופים ומתארים מי הדמויות ואיך הן נראות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בעקבות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הדמות הראשית בסרט ומה היא רוצה להשיג?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עוזר לפיפ להצליח בסוף הסרט?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פיפ – כלבה קטנה עם חלום 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